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C51D0" w14:textId="77777777" w:rsidR="00D25A1D" w:rsidRDefault="00D25A1D">
      <w:pPr>
        <w:pStyle w:val="Heading1"/>
      </w:pPr>
    </w:p>
    <w:p w14:paraId="4CAA31CC" w14:textId="18C69549" w:rsidR="003063A0" w:rsidRDefault="00DB4FD4">
      <w:pPr>
        <w:pStyle w:val="Heading1"/>
      </w:pPr>
      <w:r>
        <w:t>Charter Application Form - AUSTRALIA</w:t>
      </w:r>
    </w:p>
    <w:p w14:paraId="3845320E" w14:textId="77777777" w:rsidR="003063A0" w:rsidRDefault="00DB4FD4">
      <w:pPr>
        <w:pStyle w:val="Heading2"/>
      </w:pPr>
      <w:r>
        <w:t>District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480"/>
      </w:tblGrid>
      <w:tr w:rsidR="003D5F3F" w14:paraId="3CD41928" w14:textId="77777777" w:rsidTr="003D5F3F">
        <w:tc>
          <w:tcPr>
            <w:tcW w:w="2376" w:type="dxa"/>
          </w:tcPr>
          <w:p w14:paraId="5032FFB3" w14:textId="6EB3D74B" w:rsidR="003D5F3F" w:rsidRDefault="003D5F3F">
            <w:r>
              <w:t>DISTRICT</w:t>
            </w:r>
            <w:r w:rsidR="00DB4FD4">
              <w:t>/STATE</w:t>
            </w:r>
          </w:p>
        </w:tc>
        <w:tc>
          <w:tcPr>
            <w:tcW w:w="6480" w:type="dxa"/>
          </w:tcPr>
          <w:p w14:paraId="4F88593B" w14:textId="77777777" w:rsidR="003D5F3F" w:rsidRDefault="003D5F3F"/>
        </w:tc>
      </w:tr>
      <w:tr w:rsidR="003D5F3F" w14:paraId="5E08FE10" w14:textId="77777777" w:rsidTr="003D5F3F">
        <w:tc>
          <w:tcPr>
            <w:tcW w:w="2376" w:type="dxa"/>
          </w:tcPr>
          <w:p w14:paraId="2FD5DC83" w14:textId="50B62845" w:rsidR="003D5F3F" w:rsidRDefault="003D5F3F">
            <w:r>
              <w:t>CHARTER/LEAGUE</w:t>
            </w:r>
          </w:p>
        </w:tc>
        <w:tc>
          <w:tcPr>
            <w:tcW w:w="6480" w:type="dxa"/>
          </w:tcPr>
          <w:p w14:paraId="3A796448" w14:textId="77777777" w:rsidR="003D5F3F" w:rsidRDefault="003D5F3F"/>
        </w:tc>
      </w:tr>
      <w:tr w:rsidR="003D5F3F" w14:paraId="146BAC02" w14:textId="77777777" w:rsidTr="003D5F3F">
        <w:tc>
          <w:tcPr>
            <w:tcW w:w="2376" w:type="dxa"/>
          </w:tcPr>
          <w:p w14:paraId="1A0798D6" w14:textId="7431BFDC" w:rsidR="003D5F3F" w:rsidRDefault="003D5F3F">
            <w:r>
              <w:t>TEAM NAME/S</w:t>
            </w:r>
          </w:p>
        </w:tc>
        <w:tc>
          <w:tcPr>
            <w:tcW w:w="6480" w:type="dxa"/>
          </w:tcPr>
          <w:p w14:paraId="307F083C" w14:textId="77777777" w:rsidR="003D5F3F" w:rsidRDefault="003D5F3F"/>
        </w:tc>
      </w:tr>
    </w:tbl>
    <w:p w14:paraId="68D42C23" w14:textId="77777777" w:rsidR="003063A0" w:rsidRDefault="00DB4FD4">
      <w:pPr>
        <w:pStyle w:val="Heading2"/>
      </w:pPr>
      <w:r>
        <w:t>League Officials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2574"/>
        <w:gridCol w:w="2813"/>
        <w:gridCol w:w="1660"/>
      </w:tblGrid>
      <w:tr w:rsidR="008C3CF4" w14:paraId="31B907D9" w14:textId="77777777" w:rsidTr="008C3CF4">
        <w:tc>
          <w:tcPr>
            <w:tcW w:w="1809" w:type="dxa"/>
          </w:tcPr>
          <w:p w14:paraId="2EAE1694" w14:textId="78DE2FE2" w:rsidR="008C3CF4" w:rsidRPr="008C3CF4" w:rsidRDefault="008C3CF4">
            <w:pPr>
              <w:rPr>
                <w:b/>
                <w:bCs/>
              </w:rPr>
            </w:pPr>
            <w:r w:rsidRPr="008C3CF4">
              <w:rPr>
                <w:b/>
                <w:bCs/>
              </w:rPr>
              <w:t>POSITION</w:t>
            </w:r>
          </w:p>
        </w:tc>
        <w:tc>
          <w:tcPr>
            <w:tcW w:w="2574" w:type="dxa"/>
          </w:tcPr>
          <w:p w14:paraId="4051CBDA" w14:textId="3ADFAD52" w:rsidR="008C3CF4" w:rsidRPr="008C3CF4" w:rsidRDefault="008C3CF4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813" w:type="dxa"/>
          </w:tcPr>
          <w:p w14:paraId="67A4F9C4" w14:textId="39064354" w:rsidR="008C3CF4" w:rsidRPr="008C3CF4" w:rsidRDefault="008C3CF4">
            <w:pPr>
              <w:rPr>
                <w:b/>
                <w:bCs/>
              </w:rPr>
            </w:pPr>
            <w:r w:rsidRPr="008C3CF4">
              <w:rPr>
                <w:b/>
                <w:bCs/>
              </w:rPr>
              <w:t>EMAIL</w:t>
            </w:r>
          </w:p>
        </w:tc>
        <w:tc>
          <w:tcPr>
            <w:tcW w:w="1660" w:type="dxa"/>
          </w:tcPr>
          <w:p w14:paraId="3F0EB16A" w14:textId="7EE47A11" w:rsidR="008C3CF4" w:rsidRPr="008C3CF4" w:rsidRDefault="008C3CF4">
            <w:pPr>
              <w:rPr>
                <w:b/>
                <w:bCs/>
              </w:rPr>
            </w:pPr>
            <w:r w:rsidRPr="008C3CF4">
              <w:rPr>
                <w:b/>
                <w:bCs/>
              </w:rPr>
              <w:t>MOBILE</w:t>
            </w:r>
          </w:p>
        </w:tc>
      </w:tr>
      <w:tr w:rsidR="008C3CF4" w14:paraId="5636EBFA" w14:textId="77777777" w:rsidTr="008C3CF4">
        <w:tc>
          <w:tcPr>
            <w:tcW w:w="1809" w:type="dxa"/>
          </w:tcPr>
          <w:p w14:paraId="226EEF98" w14:textId="395BC9A0" w:rsidR="008C3CF4" w:rsidRDefault="008C3CF4" w:rsidP="008C3CF4">
            <w:r>
              <w:t>PRESIDENT</w:t>
            </w:r>
          </w:p>
        </w:tc>
        <w:tc>
          <w:tcPr>
            <w:tcW w:w="2574" w:type="dxa"/>
          </w:tcPr>
          <w:p w14:paraId="38E02722" w14:textId="77777777" w:rsidR="008C3CF4" w:rsidRDefault="008C3CF4" w:rsidP="008C3CF4"/>
        </w:tc>
        <w:tc>
          <w:tcPr>
            <w:tcW w:w="2813" w:type="dxa"/>
          </w:tcPr>
          <w:p w14:paraId="14EA52F1" w14:textId="5569048B" w:rsidR="008C3CF4" w:rsidRDefault="008C3CF4" w:rsidP="008C3CF4"/>
        </w:tc>
        <w:tc>
          <w:tcPr>
            <w:tcW w:w="1660" w:type="dxa"/>
          </w:tcPr>
          <w:p w14:paraId="7C7CAE48" w14:textId="18D41C83" w:rsidR="008C3CF4" w:rsidRDefault="008C3CF4" w:rsidP="008C3CF4"/>
        </w:tc>
      </w:tr>
      <w:tr w:rsidR="008C3CF4" w14:paraId="758DF128" w14:textId="77777777" w:rsidTr="008C3CF4">
        <w:tc>
          <w:tcPr>
            <w:tcW w:w="1809" w:type="dxa"/>
          </w:tcPr>
          <w:p w14:paraId="43AA3404" w14:textId="1152CC4E" w:rsidR="008C3CF4" w:rsidRDefault="008C3CF4" w:rsidP="008C3CF4">
            <w:r>
              <w:t>TREASURER</w:t>
            </w:r>
          </w:p>
        </w:tc>
        <w:tc>
          <w:tcPr>
            <w:tcW w:w="2574" w:type="dxa"/>
          </w:tcPr>
          <w:p w14:paraId="4340D90F" w14:textId="77777777" w:rsidR="008C3CF4" w:rsidRDefault="008C3CF4" w:rsidP="008C3CF4"/>
        </w:tc>
        <w:tc>
          <w:tcPr>
            <w:tcW w:w="2813" w:type="dxa"/>
          </w:tcPr>
          <w:p w14:paraId="739A4741" w14:textId="3AA41184" w:rsidR="008C3CF4" w:rsidRDefault="008C3CF4" w:rsidP="008C3CF4"/>
        </w:tc>
        <w:tc>
          <w:tcPr>
            <w:tcW w:w="1660" w:type="dxa"/>
          </w:tcPr>
          <w:p w14:paraId="00AC8599" w14:textId="77777777" w:rsidR="008C3CF4" w:rsidRDefault="008C3CF4" w:rsidP="008C3CF4"/>
        </w:tc>
      </w:tr>
      <w:tr w:rsidR="008C3CF4" w14:paraId="234C0C8C" w14:textId="77777777" w:rsidTr="008C3CF4">
        <w:tc>
          <w:tcPr>
            <w:tcW w:w="1809" w:type="dxa"/>
          </w:tcPr>
          <w:p w14:paraId="773334C4" w14:textId="30748342" w:rsidR="008C3CF4" w:rsidRDefault="008C3CF4" w:rsidP="008C3CF4">
            <w:r>
              <w:t>PLAYER AGENT</w:t>
            </w:r>
          </w:p>
        </w:tc>
        <w:tc>
          <w:tcPr>
            <w:tcW w:w="2574" w:type="dxa"/>
          </w:tcPr>
          <w:p w14:paraId="6E6410FA" w14:textId="77777777" w:rsidR="008C3CF4" w:rsidRDefault="008C3CF4" w:rsidP="008C3CF4"/>
        </w:tc>
        <w:tc>
          <w:tcPr>
            <w:tcW w:w="2813" w:type="dxa"/>
          </w:tcPr>
          <w:p w14:paraId="027C2896" w14:textId="0127C959" w:rsidR="008C3CF4" w:rsidRDefault="008C3CF4" w:rsidP="008C3CF4"/>
        </w:tc>
        <w:tc>
          <w:tcPr>
            <w:tcW w:w="1660" w:type="dxa"/>
          </w:tcPr>
          <w:p w14:paraId="702DACD3" w14:textId="77777777" w:rsidR="008C3CF4" w:rsidRDefault="008C3CF4" w:rsidP="008C3CF4"/>
        </w:tc>
      </w:tr>
    </w:tbl>
    <w:p w14:paraId="1407BE59" w14:textId="0E367CD6" w:rsidR="003063A0" w:rsidRDefault="00035783">
      <w:pPr>
        <w:pStyle w:val="Heading2"/>
      </w:pPr>
      <w:r>
        <w:t>Clubs within Charter</w:t>
      </w:r>
      <w:r w:rsidR="00911068">
        <w:t xml:space="preserve"> and Number of Teams</w:t>
      </w:r>
      <w:r w:rsidR="00911068">
        <w:tab/>
      </w:r>
      <w:r w:rsidR="00911068">
        <w:tab/>
        <w:t xml:space="preserve">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7"/>
        <w:gridCol w:w="613"/>
        <w:gridCol w:w="735"/>
        <w:gridCol w:w="735"/>
        <w:gridCol w:w="735"/>
        <w:gridCol w:w="734"/>
        <w:gridCol w:w="733"/>
        <w:gridCol w:w="733"/>
        <w:gridCol w:w="733"/>
        <w:gridCol w:w="748"/>
      </w:tblGrid>
      <w:tr w:rsidR="006B39EF" w14:paraId="4F7337B8" w14:textId="77777777" w:rsidTr="00BD48F7">
        <w:tc>
          <w:tcPr>
            <w:tcW w:w="2376" w:type="dxa"/>
          </w:tcPr>
          <w:p w14:paraId="278EDD97" w14:textId="6D3FF499" w:rsidR="008962EC" w:rsidRPr="006B39EF" w:rsidRDefault="005878F7" w:rsidP="00005D84">
            <w:pPr>
              <w:rPr>
                <w:b/>
                <w:bCs/>
              </w:rPr>
            </w:pPr>
            <w:r w:rsidRPr="006B39EF">
              <w:rPr>
                <w:b/>
                <w:bCs/>
              </w:rPr>
              <w:t>Club Name</w:t>
            </w:r>
          </w:p>
        </w:tc>
        <w:tc>
          <w:tcPr>
            <w:tcW w:w="572" w:type="dxa"/>
          </w:tcPr>
          <w:p w14:paraId="2ED7A965" w14:textId="5191E573" w:rsidR="008962EC" w:rsidRPr="006B39EF" w:rsidRDefault="00446F02" w:rsidP="006B39EF">
            <w:pPr>
              <w:jc w:val="center"/>
              <w:rPr>
                <w:b/>
                <w:bCs/>
              </w:rPr>
            </w:pPr>
            <w:r w:rsidRPr="006B39EF">
              <w:rPr>
                <w:b/>
                <w:bCs/>
              </w:rPr>
              <w:t>T-Ball</w:t>
            </w:r>
          </w:p>
        </w:tc>
        <w:tc>
          <w:tcPr>
            <w:tcW w:w="737" w:type="dxa"/>
          </w:tcPr>
          <w:p w14:paraId="228A62BB" w14:textId="40798FA5" w:rsidR="008962EC" w:rsidRPr="006B39EF" w:rsidRDefault="00446F02" w:rsidP="006B39EF">
            <w:pPr>
              <w:jc w:val="center"/>
              <w:rPr>
                <w:b/>
                <w:bCs/>
              </w:rPr>
            </w:pPr>
            <w:r w:rsidRPr="006B39EF">
              <w:rPr>
                <w:b/>
                <w:bCs/>
              </w:rPr>
              <w:t>Min – MP</w:t>
            </w:r>
          </w:p>
        </w:tc>
        <w:tc>
          <w:tcPr>
            <w:tcW w:w="737" w:type="dxa"/>
          </w:tcPr>
          <w:p w14:paraId="31FA6E03" w14:textId="190CD28B" w:rsidR="008962EC" w:rsidRPr="006B39EF" w:rsidRDefault="00446F02" w:rsidP="006B39EF">
            <w:pPr>
              <w:jc w:val="center"/>
              <w:rPr>
                <w:b/>
                <w:bCs/>
              </w:rPr>
            </w:pPr>
            <w:r w:rsidRPr="006B39EF">
              <w:rPr>
                <w:b/>
                <w:bCs/>
              </w:rPr>
              <w:t>Min – CP</w:t>
            </w:r>
          </w:p>
        </w:tc>
        <w:tc>
          <w:tcPr>
            <w:tcW w:w="737" w:type="dxa"/>
          </w:tcPr>
          <w:p w14:paraId="6F5B26E7" w14:textId="026B714E" w:rsidR="008962EC" w:rsidRPr="006B39EF" w:rsidRDefault="00446F02" w:rsidP="006B39EF">
            <w:pPr>
              <w:jc w:val="center"/>
              <w:rPr>
                <w:b/>
                <w:bCs/>
              </w:rPr>
            </w:pPr>
            <w:r w:rsidRPr="006B39EF">
              <w:rPr>
                <w:b/>
                <w:bCs/>
              </w:rPr>
              <w:t>Min – PP</w:t>
            </w:r>
          </w:p>
        </w:tc>
        <w:tc>
          <w:tcPr>
            <w:tcW w:w="737" w:type="dxa"/>
          </w:tcPr>
          <w:p w14:paraId="16F06681" w14:textId="549C8C82" w:rsidR="008962EC" w:rsidRPr="006B39EF" w:rsidRDefault="00BD48F7" w:rsidP="006B39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LL</w:t>
            </w:r>
          </w:p>
        </w:tc>
        <w:tc>
          <w:tcPr>
            <w:tcW w:w="737" w:type="dxa"/>
          </w:tcPr>
          <w:p w14:paraId="1F991CA3" w14:textId="0AC4FBF6" w:rsidR="008962EC" w:rsidRPr="006B39EF" w:rsidRDefault="006B39EF" w:rsidP="006B39EF">
            <w:pPr>
              <w:jc w:val="center"/>
              <w:rPr>
                <w:b/>
                <w:bCs/>
              </w:rPr>
            </w:pPr>
            <w:r w:rsidRPr="006B39EF">
              <w:rPr>
                <w:b/>
                <w:bCs/>
              </w:rPr>
              <w:t>IL</w:t>
            </w:r>
          </w:p>
        </w:tc>
        <w:tc>
          <w:tcPr>
            <w:tcW w:w="737" w:type="dxa"/>
          </w:tcPr>
          <w:p w14:paraId="4FEC4E6A" w14:textId="09836A16" w:rsidR="008962EC" w:rsidRPr="006B39EF" w:rsidRDefault="006B39EF" w:rsidP="006B39EF">
            <w:pPr>
              <w:jc w:val="center"/>
              <w:rPr>
                <w:b/>
                <w:bCs/>
              </w:rPr>
            </w:pPr>
            <w:r w:rsidRPr="006B39EF">
              <w:rPr>
                <w:b/>
                <w:bCs/>
              </w:rPr>
              <w:t>JL</w:t>
            </w:r>
          </w:p>
        </w:tc>
        <w:tc>
          <w:tcPr>
            <w:tcW w:w="737" w:type="dxa"/>
          </w:tcPr>
          <w:p w14:paraId="37891100" w14:textId="3545494B" w:rsidR="008962EC" w:rsidRPr="006B39EF" w:rsidRDefault="006B39EF" w:rsidP="006B39EF">
            <w:pPr>
              <w:jc w:val="center"/>
              <w:rPr>
                <w:b/>
                <w:bCs/>
              </w:rPr>
            </w:pPr>
            <w:r w:rsidRPr="006B39EF">
              <w:rPr>
                <w:b/>
                <w:bCs/>
              </w:rPr>
              <w:t>SL</w:t>
            </w:r>
          </w:p>
        </w:tc>
        <w:tc>
          <w:tcPr>
            <w:tcW w:w="748" w:type="dxa"/>
          </w:tcPr>
          <w:p w14:paraId="205DF456" w14:textId="482597FB" w:rsidR="008962EC" w:rsidRPr="006B39EF" w:rsidRDefault="006B39EF" w:rsidP="006B39EF">
            <w:pPr>
              <w:jc w:val="center"/>
              <w:rPr>
                <w:b/>
                <w:bCs/>
              </w:rPr>
            </w:pPr>
            <w:r w:rsidRPr="006B39EF">
              <w:rPr>
                <w:b/>
                <w:bCs/>
              </w:rPr>
              <w:t>Total</w:t>
            </w:r>
          </w:p>
        </w:tc>
      </w:tr>
      <w:tr w:rsidR="006B39EF" w14:paraId="62CB3D80" w14:textId="77777777" w:rsidTr="00BD48F7">
        <w:tc>
          <w:tcPr>
            <w:tcW w:w="2376" w:type="dxa"/>
          </w:tcPr>
          <w:p w14:paraId="122D7BB1" w14:textId="6BF911F0" w:rsidR="008962EC" w:rsidRDefault="00D47AF0" w:rsidP="00005D84">
            <w:r>
              <w:t>1.</w:t>
            </w:r>
          </w:p>
        </w:tc>
        <w:tc>
          <w:tcPr>
            <w:tcW w:w="572" w:type="dxa"/>
          </w:tcPr>
          <w:p w14:paraId="75EEF3B7" w14:textId="77777777" w:rsidR="008962EC" w:rsidRDefault="008962EC" w:rsidP="00005D84"/>
        </w:tc>
        <w:tc>
          <w:tcPr>
            <w:tcW w:w="737" w:type="dxa"/>
          </w:tcPr>
          <w:p w14:paraId="6B089915" w14:textId="77777777" w:rsidR="008962EC" w:rsidRDefault="008962EC" w:rsidP="00005D84"/>
        </w:tc>
        <w:tc>
          <w:tcPr>
            <w:tcW w:w="737" w:type="dxa"/>
          </w:tcPr>
          <w:p w14:paraId="43E5A028" w14:textId="77777777" w:rsidR="008962EC" w:rsidRDefault="008962EC" w:rsidP="00005D84"/>
        </w:tc>
        <w:tc>
          <w:tcPr>
            <w:tcW w:w="737" w:type="dxa"/>
          </w:tcPr>
          <w:p w14:paraId="5B3DFD2A" w14:textId="77777777" w:rsidR="008962EC" w:rsidRDefault="008962EC" w:rsidP="00005D84"/>
        </w:tc>
        <w:tc>
          <w:tcPr>
            <w:tcW w:w="737" w:type="dxa"/>
          </w:tcPr>
          <w:p w14:paraId="74261DE7" w14:textId="77777777" w:rsidR="008962EC" w:rsidRDefault="008962EC" w:rsidP="00005D84"/>
        </w:tc>
        <w:tc>
          <w:tcPr>
            <w:tcW w:w="737" w:type="dxa"/>
          </w:tcPr>
          <w:p w14:paraId="75562B77" w14:textId="77777777" w:rsidR="008962EC" w:rsidRDefault="008962EC" w:rsidP="00005D84"/>
        </w:tc>
        <w:tc>
          <w:tcPr>
            <w:tcW w:w="737" w:type="dxa"/>
          </w:tcPr>
          <w:p w14:paraId="05CE5A83" w14:textId="77777777" w:rsidR="008962EC" w:rsidRDefault="008962EC" w:rsidP="00005D84"/>
        </w:tc>
        <w:tc>
          <w:tcPr>
            <w:tcW w:w="737" w:type="dxa"/>
          </w:tcPr>
          <w:p w14:paraId="587304D1" w14:textId="77777777" w:rsidR="008962EC" w:rsidRDefault="008962EC" w:rsidP="00005D84"/>
        </w:tc>
        <w:tc>
          <w:tcPr>
            <w:tcW w:w="748" w:type="dxa"/>
          </w:tcPr>
          <w:p w14:paraId="4F8CACBA" w14:textId="77777777" w:rsidR="008962EC" w:rsidRDefault="008962EC" w:rsidP="00005D84"/>
        </w:tc>
      </w:tr>
      <w:tr w:rsidR="006B39EF" w14:paraId="4EF514DE" w14:textId="77777777" w:rsidTr="00BD48F7">
        <w:tc>
          <w:tcPr>
            <w:tcW w:w="2376" w:type="dxa"/>
          </w:tcPr>
          <w:p w14:paraId="2A0340DA" w14:textId="13A8B052" w:rsidR="008962EC" w:rsidRDefault="00D47AF0" w:rsidP="00005D84">
            <w:r>
              <w:t>2.</w:t>
            </w:r>
          </w:p>
        </w:tc>
        <w:tc>
          <w:tcPr>
            <w:tcW w:w="572" w:type="dxa"/>
          </w:tcPr>
          <w:p w14:paraId="59DBAD81" w14:textId="77777777" w:rsidR="008962EC" w:rsidRDefault="008962EC" w:rsidP="00005D84"/>
        </w:tc>
        <w:tc>
          <w:tcPr>
            <w:tcW w:w="737" w:type="dxa"/>
          </w:tcPr>
          <w:p w14:paraId="5B9C248C" w14:textId="77777777" w:rsidR="008962EC" w:rsidRDefault="008962EC" w:rsidP="00005D84"/>
        </w:tc>
        <w:tc>
          <w:tcPr>
            <w:tcW w:w="737" w:type="dxa"/>
          </w:tcPr>
          <w:p w14:paraId="10330446" w14:textId="77777777" w:rsidR="008962EC" w:rsidRDefault="008962EC" w:rsidP="00005D84"/>
        </w:tc>
        <w:tc>
          <w:tcPr>
            <w:tcW w:w="737" w:type="dxa"/>
          </w:tcPr>
          <w:p w14:paraId="1037BD1C" w14:textId="77777777" w:rsidR="008962EC" w:rsidRDefault="008962EC" w:rsidP="00005D84"/>
        </w:tc>
        <w:tc>
          <w:tcPr>
            <w:tcW w:w="737" w:type="dxa"/>
          </w:tcPr>
          <w:p w14:paraId="455EA02E" w14:textId="77777777" w:rsidR="008962EC" w:rsidRDefault="008962EC" w:rsidP="00005D84"/>
        </w:tc>
        <w:tc>
          <w:tcPr>
            <w:tcW w:w="737" w:type="dxa"/>
          </w:tcPr>
          <w:p w14:paraId="5A33E9B7" w14:textId="77777777" w:rsidR="008962EC" w:rsidRDefault="008962EC" w:rsidP="00005D84"/>
        </w:tc>
        <w:tc>
          <w:tcPr>
            <w:tcW w:w="737" w:type="dxa"/>
          </w:tcPr>
          <w:p w14:paraId="1499E5A1" w14:textId="77777777" w:rsidR="008962EC" w:rsidRDefault="008962EC" w:rsidP="00005D84"/>
        </w:tc>
        <w:tc>
          <w:tcPr>
            <w:tcW w:w="737" w:type="dxa"/>
          </w:tcPr>
          <w:p w14:paraId="6F0B044A" w14:textId="77777777" w:rsidR="008962EC" w:rsidRDefault="008962EC" w:rsidP="00005D84"/>
        </w:tc>
        <w:tc>
          <w:tcPr>
            <w:tcW w:w="748" w:type="dxa"/>
          </w:tcPr>
          <w:p w14:paraId="14B06A92" w14:textId="77777777" w:rsidR="008962EC" w:rsidRDefault="008962EC" w:rsidP="00005D84"/>
        </w:tc>
      </w:tr>
      <w:tr w:rsidR="006B39EF" w14:paraId="0CE82387" w14:textId="77777777" w:rsidTr="00BD48F7">
        <w:tc>
          <w:tcPr>
            <w:tcW w:w="2376" w:type="dxa"/>
          </w:tcPr>
          <w:p w14:paraId="2B2E5A79" w14:textId="76230CF2" w:rsidR="008962EC" w:rsidRDefault="00D47AF0" w:rsidP="00005D84">
            <w:r>
              <w:t>3.</w:t>
            </w:r>
          </w:p>
        </w:tc>
        <w:tc>
          <w:tcPr>
            <w:tcW w:w="572" w:type="dxa"/>
          </w:tcPr>
          <w:p w14:paraId="2C5194EC" w14:textId="77777777" w:rsidR="008962EC" w:rsidRDefault="008962EC" w:rsidP="00005D84"/>
        </w:tc>
        <w:tc>
          <w:tcPr>
            <w:tcW w:w="737" w:type="dxa"/>
          </w:tcPr>
          <w:p w14:paraId="50CAE7B7" w14:textId="77777777" w:rsidR="008962EC" w:rsidRDefault="008962EC" w:rsidP="00005D84"/>
        </w:tc>
        <w:tc>
          <w:tcPr>
            <w:tcW w:w="737" w:type="dxa"/>
          </w:tcPr>
          <w:p w14:paraId="13284A59" w14:textId="77777777" w:rsidR="008962EC" w:rsidRDefault="008962EC" w:rsidP="00005D84"/>
        </w:tc>
        <w:tc>
          <w:tcPr>
            <w:tcW w:w="737" w:type="dxa"/>
          </w:tcPr>
          <w:p w14:paraId="0BB8FD45" w14:textId="77777777" w:rsidR="008962EC" w:rsidRDefault="008962EC" w:rsidP="00005D84"/>
        </w:tc>
        <w:tc>
          <w:tcPr>
            <w:tcW w:w="737" w:type="dxa"/>
          </w:tcPr>
          <w:p w14:paraId="52D8F7BD" w14:textId="77777777" w:rsidR="008962EC" w:rsidRDefault="008962EC" w:rsidP="00005D84"/>
        </w:tc>
        <w:tc>
          <w:tcPr>
            <w:tcW w:w="737" w:type="dxa"/>
          </w:tcPr>
          <w:p w14:paraId="68A4E5EC" w14:textId="77777777" w:rsidR="008962EC" w:rsidRDefault="008962EC" w:rsidP="00005D84"/>
        </w:tc>
        <w:tc>
          <w:tcPr>
            <w:tcW w:w="737" w:type="dxa"/>
          </w:tcPr>
          <w:p w14:paraId="19158DE4" w14:textId="77777777" w:rsidR="008962EC" w:rsidRDefault="008962EC" w:rsidP="00005D84"/>
        </w:tc>
        <w:tc>
          <w:tcPr>
            <w:tcW w:w="737" w:type="dxa"/>
          </w:tcPr>
          <w:p w14:paraId="6AF120AB" w14:textId="77777777" w:rsidR="008962EC" w:rsidRDefault="008962EC" w:rsidP="00005D84"/>
        </w:tc>
        <w:tc>
          <w:tcPr>
            <w:tcW w:w="748" w:type="dxa"/>
          </w:tcPr>
          <w:p w14:paraId="3F7F2CD8" w14:textId="77777777" w:rsidR="008962EC" w:rsidRDefault="008962EC" w:rsidP="00005D84"/>
        </w:tc>
      </w:tr>
      <w:tr w:rsidR="006B39EF" w14:paraId="27CAE8DB" w14:textId="77777777" w:rsidTr="00BD48F7">
        <w:tc>
          <w:tcPr>
            <w:tcW w:w="2376" w:type="dxa"/>
          </w:tcPr>
          <w:p w14:paraId="40A7A957" w14:textId="5E1F76B8" w:rsidR="008962EC" w:rsidRDefault="00D47AF0" w:rsidP="00005D84">
            <w:r>
              <w:t>4.</w:t>
            </w:r>
          </w:p>
        </w:tc>
        <w:tc>
          <w:tcPr>
            <w:tcW w:w="572" w:type="dxa"/>
          </w:tcPr>
          <w:p w14:paraId="7B184A64" w14:textId="77777777" w:rsidR="008962EC" w:rsidRDefault="008962EC" w:rsidP="00005D84"/>
        </w:tc>
        <w:tc>
          <w:tcPr>
            <w:tcW w:w="737" w:type="dxa"/>
          </w:tcPr>
          <w:p w14:paraId="6DEACBB9" w14:textId="77777777" w:rsidR="008962EC" w:rsidRDefault="008962EC" w:rsidP="00005D84"/>
        </w:tc>
        <w:tc>
          <w:tcPr>
            <w:tcW w:w="737" w:type="dxa"/>
          </w:tcPr>
          <w:p w14:paraId="63965989" w14:textId="77777777" w:rsidR="008962EC" w:rsidRDefault="008962EC" w:rsidP="00005D84"/>
        </w:tc>
        <w:tc>
          <w:tcPr>
            <w:tcW w:w="737" w:type="dxa"/>
          </w:tcPr>
          <w:p w14:paraId="19F5DB2D" w14:textId="77777777" w:rsidR="008962EC" w:rsidRDefault="008962EC" w:rsidP="00005D84"/>
        </w:tc>
        <w:tc>
          <w:tcPr>
            <w:tcW w:w="737" w:type="dxa"/>
          </w:tcPr>
          <w:p w14:paraId="07E6113D" w14:textId="77777777" w:rsidR="008962EC" w:rsidRDefault="008962EC" w:rsidP="00005D84"/>
        </w:tc>
        <w:tc>
          <w:tcPr>
            <w:tcW w:w="737" w:type="dxa"/>
          </w:tcPr>
          <w:p w14:paraId="202FF401" w14:textId="77777777" w:rsidR="008962EC" w:rsidRDefault="008962EC" w:rsidP="00005D84"/>
        </w:tc>
        <w:tc>
          <w:tcPr>
            <w:tcW w:w="737" w:type="dxa"/>
          </w:tcPr>
          <w:p w14:paraId="6AB08F98" w14:textId="77777777" w:rsidR="008962EC" w:rsidRDefault="008962EC" w:rsidP="00005D84"/>
        </w:tc>
        <w:tc>
          <w:tcPr>
            <w:tcW w:w="737" w:type="dxa"/>
          </w:tcPr>
          <w:p w14:paraId="1281B421" w14:textId="77777777" w:rsidR="008962EC" w:rsidRDefault="008962EC" w:rsidP="00005D84"/>
        </w:tc>
        <w:tc>
          <w:tcPr>
            <w:tcW w:w="748" w:type="dxa"/>
          </w:tcPr>
          <w:p w14:paraId="14E81DC6" w14:textId="77777777" w:rsidR="008962EC" w:rsidRDefault="008962EC" w:rsidP="00005D84"/>
        </w:tc>
      </w:tr>
      <w:tr w:rsidR="006B39EF" w14:paraId="5CA1AAB1" w14:textId="77777777" w:rsidTr="00BD48F7">
        <w:tc>
          <w:tcPr>
            <w:tcW w:w="2376" w:type="dxa"/>
          </w:tcPr>
          <w:p w14:paraId="2E53EEAE" w14:textId="2795605F" w:rsidR="008962EC" w:rsidRDefault="00D47AF0" w:rsidP="00005D84">
            <w:r>
              <w:t>5.</w:t>
            </w:r>
          </w:p>
        </w:tc>
        <w:tc>
          <w:tcPr>
            <w:tcW w:w="572" w:type="dxa"/>
          </w:tcPr>
          <w:p w14:paraId="64F849DF" w14:textId="77777777" w:rsidR="008962EC" w:rsidRDefault="008962EC" w:rsidP="00005D84"/>
        </w:tc>
        <w:tc>
          <w:tcPr>
            <w:tcW w:w="737" w:type="dxa"/>
          </w:tcPr>
          <w:p w14:paraId="2436E6DA" w14:textId="77777777" w:rsidR="008962EC" w:rsidRDefault="008962EC" w:rsidP="00005D84"/>
        </w:tc>
        <w:tc>
          <w:tcPr>
            <w:tcW w:w="737" w:type="dxa"/>
          </w:tcPr>
          <w:p w14:paraId="6942EFD1" w14:textId="77777777" w:rsidR="008962EC" w:rsidRDefault="008962EC" w:rsidP="00005D84"/>
        </w:tc>
        <w:tc>
          <w:tcPr>
            <w:tcW w:w="737" w:type="dxa"/>
          </w:tcPr>
          <w:p w14:paraId="47F70EB9" w14:textId="77777777" w:rsidR="008962EC" w:rsidRDefault="008962EC" w:rsidP="00005D84"/>
        </w:tc>
        <w:tc>
          <w:tcPr>
            <w:tcW w:w="737" w:type="dxa"/>
          </w:tcPr>
          <w:p w14:paraId="6BFCBB54" w14:textId="77777777" w:rsidR="008962EC" w:rsidRDefault="008962EC" w:rsidP="00005D84"/>
        </w:tc>
        <w:tc>
          <w:tcPr>
            <w:tcW w:w="737" w:type="dxa"/>
          </w:tcPr>
          <w:p w14:paraId="59AB6379" w14:textId="77777777" w:rsidR="008962EC" w:rsidRDefault="008962EC" w:rsidP="00005D84"/>
        </w:tc>
        <w:tc>
          <w:tcPr>
            <w:tcW w:w="737" w:type="dxa"/>
          </w:tcPr>
          <w:p w14:paraId="1F1410C5" w14:textId="77777777" w:rsidR="008962EC" w:rsidRDefault="008962EC" w:rsidP="00005D84"/>
        </w:tc>
        <w:tc>
          <w:tcPr>
            <w:tcW w:w="737" w:type="dxa"/>
          </w:tcPr>
          <w:p w14:paraId="5FD41A0D" w14:textId="77777777" w:rsidR="008962EC" w:rsidRDefault="008962EC" w:rsidP="00005D84"/>
        </w:tc>
        <w:tc>
          <w:tcPr>
            <w:tcW w:w="748" w:type="dxa"/>
          </w:tcPr>
          <w:p w14:paraId="66F83F4F" w14:textId="77777777" w:rsidR="008962EC" w:rsidRDefault="008962EC" w:rsidP="00005D84"/>
        </w:tc>
      </w:tr>
      <w:tr w:rsidR="006B39EF" w14:paraId="7E38B9F0" w14:textId="77777777" w:rsidTr="00BD48F7">
        <w:tc>
          <w:tcPr>
            <w:tcW w:w="2376" w:type="dxa"/>
          </w:tcPr>
          <w:p w14:paraId="411E1ED8" w14:textId="73B9FF3F" w:rsidR="008962EC" w:rsidRDefault="00D47AF0" w:rsidP="00005D84">
            <w:r>
              <w:t>6.</w:t>
            </w:r>
          </w:p>
        </w:tc>
        <w:tc>
          <w:tcPr>
            <w:tcW w:w="572" w:type="dxa"/>
          </w:tcPr>
          <w:p w14:paraId="3B921671" w14:textId="77777777" w:rsidR="008962EC" w:rsidRDefault="008962EC" w:rsidP="00005D84"/>
        </w:tc>
        <w:tc>
          <w:tcPr>
            <w:tcW w:w="737" w:type="dxa"/>
          </w:tcPr>
          <w:p w14:paraId="6E73BBF3" w14:textId="77777777" w:rsidR="008962EC" w:rsidRDefault="008962EC" w:rsidP="00005D84"/>
        </w:tc>
        <w:tc>
          <w:tcPr>
            <w:tcW w:w="737" w:type="dxa"/>
          </w:tcPr>
          <w:p w14:paraId="68FE3D61" w14:textId="77777777" w:rsidR="008962EC" w:rsidRDefault="008962EC" w:rsidP="00005D84"/>
        </w:tc>
        <w:tc>
          <w:tcPr>
            <w:tcW w:w="737" w:type="dxa"/>
          </w:tcPr>
          <w:p w14:paraId="7C85A5D9" w14:textId="77777777" w:rsidR="008962EC" w:rsidRDefault="008962EC" w:rsidP="00005D84"/>
        </w:tc>
        <w:tc>
          <w:tcPr>
            <w:tcW w:w="737" w:type="dxa"/>
          </w:tcPr>
          <w:p w14:paraId="2E388073" w14:textId="77777777" w:rsidR="008962EC" w:rsidRDefault="008962EC" w:rsidP="00005D84"/>
        </w:tc>
        <w:tc>
          <w:tcPr>
            <w:tcW w:w="737" w:type="dxa"/>
          </w:tcPr>
          <w:p w14:paraId="48A4971D" w14:textId="77777777" w:rsidR="008962EC" w:rsidRDefault="008962EC" w:rsidP="00005D84"/>
        </w:tc>
        <w:tc>
          <w:tcPr>
            <w:tcW w:w="737" w:type="dxa"/>
          </w:tcPr>
          <w:p w14:paraId="6D461D7B" w14:textId="77777777" w:rsidR="008962EC" w:rsidRDefault="008962EC" w:rsidP="00005D84"/>
        </w:tc>
        <w:tc>
          <w:tcPr>
            <w:tcW w:w="737" w:type="dxa"/>
          </w:tcPr>
          <w:p w14:paraId="35E5F1BE" w14:textId="77777777" w:rsidR="008962EC" w:rsidRDefault="008962EC" w:rsidP="00005D84"/>
        </w:tc>
        <w:tc>
          <w:tcPr>
            <w:tcW w:w="748" w:type="dxa"/>
          </w:tcPr>
          <w:p w14:paraId="5177DBD1" w14:textId="77777777" w:rsidR="008962EC" w:rsidRDefault="008962EC" w:rsidP="00005D84"/>
        </w:tc>
      </w:tr>
      <w:tr w:rsidR="006B39EF" w14:paraId="091D8309" w14:textId="77777777" w:rsidTr="00BD48F7">
        <w:tc>
          <w:tcPr>
            <w:tcW w:w="2376" w:type="dxa"/>
          </w:tcPr>
          <w:p w14:paraId="6142244C" w14:textId="34669DD4" w:rsidR="008962EC" w:rsidRDefault="00D47AF0" w:rsidP="00005D84">
            <w:r>
              <w:t>7.</w:t>
            </w:r>
          </w:p>
        </w:tc>
        <w:tc>
          <w:tcPr>
            <w:tcW w:w="572" w:type="dxa"/>
          </w:tcPr>
          <w:p w14:paraId="4177580B" w14:textId="77777777" w:rsidR="008962EC" w:rsidRDefault="008962EC" w:rsidP="00005D84"/>
        </w:tc>
        <w:tc>
          <w:tcPr>
            <w:tcW w:w="737" w:type="dxa"/>
          </w:tcPr>
          <w:p w14:paraId="1A796F12" w14:textId="77777777" w:rsidR="008962EC" w:rsidRDefault="008962EC" w:rsidP="00005D84"/>
        </w:tc>
        <w:tc>
          <w:tcPr>
            <w:tcW w:w="737" w:type="dxa"/>
          </w:tcPr>
          <w:p w14:paraId="3FA6CD8C" w14:textId="77777777" w:rsidR="008962EC" w:rsidRDefault="008962EC" w:rsidP="00005D84"/>
        </w:tc>
        <w:tc>
          <w:tcPr>
            <w:tcW w:w="737" w:type="dxa"/>
          </w:tcPr>
          <w:p w14:paraId="7D283CB0" w14:textId="77777777" w:rsidR="008962EC" w:rsidRDefault="008962EC" w:rsidP="00005D84"/>
        </w:tc>
        <w:tc>
          <w:tcPr>
            <w:tcW w:w="737" w:type="dxa"/>
          </w:tcPr>
          <w:p w14:paraId="0BAD1B0F" w14:textId="77777777" w:rsidR="008962EC" w:rsidRDefault="008962EC" w:rsidP="00005D84"/>
        </w:tc>
        <w:tc>
          <w:tcPr>
            <w:tcW w:w="737" w:type="dxa"/>
          </w:tcPr>
          <w:p w14:paraId="0AF3D051" w14:textId="77777777" w:rsidR="008962EC" w:rsidRDefault="008962EC" w:rsidP="00005D84"/>
        </w:tc>
        <w:tc>
          <w:tcPr>
            <w:tcW w:w="737" w:type="dxa"/>
          </w:tcPr>
          <w:p w14:paraId="468B59F0" w14:textId="77777777" w:rsidR="008962EC" w:rsidRDefault="008962EC" w:rsidP="00005D84"/>
        </w:tc>
        <w:tc>
          <w:tcPr>
            <w:tcW w:w="737" w:type="dxa"/>
          </w:tcPr>
          <w:p w14:paraId="6B0633F6" w14:textId="77777777" w:rsidR="008962EC" w:rsidRDefault="008962EC" w:rsidP="00005D84"/>
        </w:tc>
        <w:tc>
          <w:tcPr>
            <w:tcW w:w="748" w:type="dxa"/>
          </w:tcPr>
          <w:p w14:paraId="68045428" w14:textId="77777777" w:rsidR="008962EC" w:rsidRDefault="008962EC" w:rsidP="00005D84"/>
        </w:tc>
      </w:tr>
      <w:tr w:rsidR="006B39EF" w14:paraId="6B7531CA" w14:textId="77777777" w:rsidTr="00BD48F7">
        <w:tc>
          <w:tcPr>
            <w:tcW w:w="2376" w:type="dxa"/>
          </w:tcPr>
          <w:p w14:paraId="4C38B773" w14:textId="24905FE1" w:rsidR="008962EC" w:rsidRDefault="00D47AF0" w:rsidP="00005D84">
            <w:r>
              <w:t>8.</w:t>
            </w:r>
          </w:p>
        </w:tc>
        <w:tc>
          <w:tcPr>
            <w:tcW w:w="572" w:type="dxa"/>
          </w:tcPr>
          <w:p w14:paraId="36E2A60C" w14:textId="77777777" w:rsidR="008962EC" w:rsidRDefault="008962EC" w:rsidP="00005D84"/>
        </w:tc>
        <w:tc>
          <w:tcPr>
            <w:tcW w:w="737" w:type="dxa"/>
          </w:tcPr>
          <w:p w14:paraId="3008EA16" w14:textId="77777777" w:rsidR="008962EC" w:rsidRDefault="008962EC" w:rsidP="00005D84"/>
        </w:tc>
        <w:tc>
          <w:tcPr>
            <w:tcW w:w="737" w:type="dxa"/>
          </w:tcPr>
          <w:p w14:paraId="61090BA8" w14:textId="77777777" w:rsidR="008962EC" w:rsidRDefault="008962EC" w:rsidP="00005D84"/>
        </w:tc>
        <w:tc>
          <w:tcPr>
            <w:tcW w:w="737" w:type="dxa"/>
          </w:tcPr>
          <w:p w14:paraId="331118AE" w14:textId="77777777" w:rsidR="008962EC" w:rsidRDefault="008962EC" w:rsidP="00005D84"/>
        </w:tc>
        <w:tc>
          <w:tcPr>
            <w:tcW w:w="737" w:type="dxa"/>
          </w:tcPr>
          <w:p w14:paraId="31EC8D39" w14:textId="77777777" w:rsidR="008962EC" w:rsidRDefault="008962EC" w:rsidP="00005D84"/>
        </w:tc>
        <w:tc>
          <w:tcPr>
            <w:tcW w:w="737" w:type="dxa"/>
          </w:tcPr>
          <w:p w14:paraId="5AF29E85" w14:textId="77777777" w:rsidR="008962EC" w:rsidRDefault="008962EC" w:rsidP="00005D84"/>
        </w:tc>
        <w:tc>
          <w:tcPr>
            <w:tcW w:w="737" w:type="dxa"/>
          </w:tcPr>
          <w:p w14:paraId="28B833DA" w14:textId="77777777" w:rsidR="008962EC" w:rsidRDefault="008962EC" w:rsidP="00005D84"/>
        </w:tc>
        <w:tc>
          <w:tcPr>
            <w:tcW w:w="737" w:type="dxa"/>
          </w:tcPr>
          <w:p w14:paraId="3DA9FC60" w14:textId="77777777" w:rsidR="008962EC" w:rsidRDefault="008962EC" w:rsidP="00005D84"/>
        </w:tc>
        <w:tc>
          <w:tcPr>
            <w:tcW w:w="748" w:type="dxa"/>
          </w:tcPr>
          <w:p w14:paraId="3D43C1F9" w14:textId="77777777" w:rsidR="008962EC" w:rsidRDefault="008962EC" w:rsidP="00005D84"/>
        </w:tc>
      </w:tr>
      <w:tr w:rsidR="006B39EF" w14:paraId="4991E7C1" w14:textId="77777777" w:rsidTr="00BD48F7">
        <w:tc>
          <w:tcPr>
            <w:tcW w:w="2376" w:type="dxa"/>
          </w:tcPr>
          <w:p w14:paraId="0A040567" w14:textId="0BB06163" w:rsidR="008962EC" w:rsidRDefault="00D47AF0" w:rsidP="00005D84">
            <w:r>
              <w:t>9.</w:t>
            </w:r>
          </w:p>
        </w:tc>
        <w:tc>
          <w:tcPr>
            <w:tcW w:w="572" w:type="dxa"/>
          </w:tcPr>
          <w:p w14:paraId="574FED00" w14:textId="77777777" w:rsidR="008962EC" w:rsidRDefault="008962EC" w:rsidP="00005D84"/>
        </w:tc>
        <w:tc>
          <w:tcPr>
            <w:tcW w:w="737" w:type="dxa"/>
          </w:tcPr>
          <w:p w14:paraId="3043F5C3" w14:textId="77777777" w:rsidR="008962EC" w:rsidRDefault="008962EC" w:rsidP="00005D84"/>
        </w:tc>
        <w:tc>
          <w:tcPr>
            <w:tcW w:w="737" w:type="dxa"/>
          </w:tcPr>
          <w:p w14:paraId="3A380EBC" w14:textId="77777777" w:rsidR="008962EC" w:rsidRDefault="008962EC" w:rsidP="00005D84"/>
        </w:tc>
        <w:tc>
          <w:tcPr>
            <w:tcW w:w="737" w:type="dxa"/>
          </w:tcPr>
          <w:p w14:paraId="139A146C" w14:textId="77777777" w:rsidR="008962EC" w:rsidRDefault="008962EC" w:rsidP="00005D84"/>
        </w:tc>
        <w:tc>
          <w:tcPr>
            <w:tcW w:w="737" w:type="dxa"/>
          </w:tcPr>
          <w:p w14:paraId="190E29B6" w14:textId="77777777" w:rsidR="008962EC" w:rsidRDefault="008962EC" w:rsidP="00005D84"/>
        </w:tc>
        <w:tc>
          <w:tcPr>
            <w:tcW w:w="737" w:type="dxa"/>
          </w:tcPr>
          <w:p w14:paraId="4F62E09E" w14:textId="77777777" w:rsidR="008962EC" w:rsidRDefault="008962EC" w:rsidP="00005D84"/>
        </w:tc>
        <w:tc>
          <w:tcPr>
            <w:tcW w:w="737" w:type="dxa"/>
          </w:tcPr>
          <w:p w14:paraId="1F4FDB67" w14:textId="77777777" w:rsidR="008962EC" w:rsidRDefault="008962EC" w:rsidP="00005D84"/>
        </w:tc>
        <w:tc>
          <w:tcPr>
            <w:tcW w:w="737" w:type="dxa"/>
          </w:tcPr>
          <w:p w14:paraId="55A0B544" w14:textId="77777777" w:rsidR="008962EC" w:rsidRDefault="008962EC" w:rsidP="00005D84"/>
        </w:tc>
        <w:tc>
          <w:tcPr>
            <w:tcW w:w="748" w:type="dxa"/>
          </w:tcPr>
          <w:p w14:paraId="1156CA0C" w14:textId="77777777" w:rsidR="008962EC" w:rsidRDefault="008962EC" w:rsidP="00005D84"/>
        </w:tc>
      </w:tr>
      <w:tr w:rsidR="006B39EF" w14:paraId="09AC47C1" w14:textId="77777777" w:rsidTr="00BD48F7">
        <w:tc>
          <w:tcPr>
            <w:tcW w:w="2376" w:type="dxa"/>
          </w:tcPr>
          <w:p w14:paraId="4BBCCBA8" w14:textId="74E4ADC6" w:rsidR="006B39EF" w:rsidRDefault="00D47AF0" w:rsidP="00005D84">
            <w:r>
              <w:t>10.</w:t>
            </w:r>
          </w:p>
        </w:tc>
        <w:tc>
          <w:tcPr>
            <w:tcW w:w="572" w:type="dxa"/>
          </w:tcPr>
          <w:p w14:paraId="24DDD89B" w14:textId="77777777" w:rsidR="006B39EF" w:rsidRDefault="006B39EF" w:rsidP="00005D84"/>
        </w:tc>
        <w:tc>
          <w:tcPr>
            <w:tcW w:w="737" w:type="dxa"/>
          </w:tcPr>
          <w:p w14:paraId="6DCB6D5A" w14:textId="77777777" w:rsidR="006B39EF" w:rsidRDefault="006B39EF" w:rsidP="00005D84"/>
        </w:tc>
        <w:tc>
          <w:tcPr>
            <w:tcW w:w="737" w:type="dxa"/>
          </w:tcPr>
          <w:p w14:paraId="302EF4A1" w14:textId="77777777" w:rsidR="006B39EF" w:rsidRDefault="006B39EF" w:rsidP="00005D84"/>
        </w:tc>
        <w:tc>
          <w:tcPr>
            <w:tcW w:w="737" w:type="dxa"/>
          </w:tcPr>
          <w:p w14:paraId="146BA3BA" w14:textId="77777777" w:rsidR="006B39EF" w:rsidRDefault="006B39EF" w:rsidP="00005D84"/>
        </w:tc>
        <w:tc>
          <w:tcPr>
            <w:tcW w:w="737" w:type="dxa"/>
          </w:tcPr>
          <w:p w14:paraId="0074C4E1" w14:textId="77777777" w:rsidR="006B39EF" w:rsidRDefault="006B39EF" w:rsidP="00005D84"/>
        </w:tc>
        <w:tc>
          <w:tcPr>
            <w:tcW w:w="737" w:type="dxa"/>
          </w:tcPr>
          <w:p w14:paraId="1AB1A8F5" w14:textId="77777777" w:rsidR="006B39EF" w:rsidRDefault="006B39EF" w:rsidP="00005D84"/>
        </w:tc>
        <w:tc>
          <w:tcPr>
            <w:tcW w:w="737" w:type="dxa"/>
          </w:tcPr>
          <w:p w14:paraId="2CAB81D8" w14:textId="77777777" w:rsidR="006B39EF" w:rsidRDefault="006B39EF" w:rsidP="00005D84"/>
        </w:tc>
        <w:tc>
          <w:tcPr>
            <w:tcW w:w="737" w:type="dxa"/>
          </w:tcPr>
          <w:p w14:paraId="4AA0FB58" w14:textId="77777777" w:rsidR="006B39EF" w:rsidRDefault="006B39EF" w:rsidP="00005D84"/>
        </w:tc>
        <w:tc>
          <w:tcPr>
            <w:tcW w:w="748" w:type="dxa"/>
          </w:tcPr>
          <w:p w14:paraId="1CD7462F" w14:textId="77777777" w:rsidR="006B39EF" w:rsidRDefault="006B39EF" w:rsidP="00005D84"/>
        </w:tc>
      </w:tr>
      <w:tr w:rsidR="009B24AC" w14:paraId="12F7DEC9" w14:textId="77777777" w:rsidTr="00BD48F7">
        <w:tc>
          <w:tcPr>
            <w:tcW w:w="2376" w:type="dxa"/>
          </w:tcPr>
          <w:p w14:paraId="368D13F1" w14:textId="52D638C9" w:rsidR="009B24AC" w:rsidRDefault="00BD48F7" w:rsidP="00005D84">
            <w:r>
              <w:t>11.</w:t>
            </w:r>
          </w:p>
        </w:tc>
        <w:tc>
          <w:tcPr>
            <w:tcW w:w="572" w:type="dxa"/>
          </w:tcPr>
          <w:p w14:paraId="5D42C836" w14:textId="77777777" w:rsidR="009B24AC" w:rsidRDefault="009B24AC" w:rsidP="00005D84"/>
        </w:tc>
        <w:tc>
          <w:tcPr>
            <w:tcW w:w="737" w:type="dxa"/>
          </w:tcPr>
          <w:p w14:paraId="66079A47" w14:textId="77777777" w:rsidR="009B24AC" w:rsidRDefault="009B24AC" w:rsidP="00005D84"/>
        </w:tc>
        <w:tc>
          <w:tcPr>
            <w:tcW w:w="737" w:type="dxa"/>
          </w:tcPr>
          <w:p w14:paraId="4CB68DC1" w14:textId="77777777" w:rsidR="009B24AC" w:rsidRDefault="009B24AC" w:rsidP="00005D84"/>
        </w:tc>
        <w:tc>
          <w:tcPr>
            <w:tcW w:w="737" w:type="dxa"/>
          </w:tcPr>
          <w:p w14:paraId="1268F78A" w14:textId="77777777" w:rsidR="009B24AC" w:rsidRDefault="009B24AC" w:rsidP="00005D84"/>
        </w:tc>
        <w:tc>
          <w:tcPr>
            <w:tcW w:w="737" w:type="dxa"/>
          </w:tcPr>
          <w:p w14:paraId="5FED151D" w14:textId="77777777" w:rsidR="009B24AC" w:rsidRDefault="009B24AC" w:rsidP="00005D84"/>
        </w:tc>
        <w:tc>
          <w:tcPr>
            <w:tcW w:w="737" w:type="dxa"/>
          </w:tcPr>
          <w:p w14:paraId="254FEB47" w14:textId="77777777" w:rsidR="009B24AC" w:rsidRDefault="009B24AC" w:rsidP="00005D84"/>
        </w:tc>
        <w:tc>
          <w:tcPr>
            <w:tcW w:w="737" w:type="dxa"/>
          </w:tcPr>
          <w:p w14:paraId="0601D24C" w14:textId="77777777" w:rsidR="009B24AC" w:rsidRDefault="009B24AC" w:rsidP="00005D84"/>
        </w:tc>
        <w:tc>
          <w:tcPr>
            <w:tcW w:w="737" w:type="dxa"/>
          </w:tcPr>
          <w:p w14:paraId="0EED5660" w14:textId="77777777" w:rsidR="009B24AC" w:rsidRDefault="009B24AC" w:rsidP="00005D84"/>
        </w:tc>
        <w:tc>
          <w:tcPr>
            <w:tcW w:w="748" w:type="dxa"/>
          </w:tcPr>
          <w:p w14:paraId="42174D28" w14:textId="77777777" w:rsidR="009B24AC" w:rsidRDefault="009B24AC" w:rsidP="00005D84"/>
        </w:tc>
      </w:tr>
      <w:tr w:rsidR="009B24AC" w14:paraId="345907EB" w14:textId="77777777" w:rsidTr="00BD48F7">
        <w:tc>
          <w:tcPr>
            <w:tcW w:w="2376" w:type="dxa"/>
          </w:tcPr>
          <w:p w14:paraId="01BACEE0" w14:textId="784D722B" w:rsidR="009B24AC" w:rsidRDefault="00BD48F7" w:rsidP="00005D84">
            <w:r>
              <w:t>12.</w:t>
            </w:r>
          </w:p>
        </w:tc>
        <w:tc>
          <w:tcPr>
            <w:tcW w:w="572" w:type="dxa"/>
          </w:tcPr>
          <w:p w14:paraId="769F2591" w14:textId="77777777" w:rsidR="009B24AC" w:rsidRDefault="009B24AC" w:rsidP="00005D84"/>
        </w:tc>
        <w:tc>
          <w:tcPr>
            <w:tcW w:w="737" w:type="dxa"/>
          </w:tcPr>
          <w:p w14:paraId="5271135F" w14:textId="77777777" w:rsidR="009B24AC" w:rsidRDefault="009B24AC" w:rsidP="00005D84"/>
        </w:tc>
        <w:tc>
          <w:tcPr>
            <w:tcW w:w="737" w:type="dxa"/>
          </w:tcPr>
          <w:p w14:paraId="570104D8" w14:textId="77777777" w:rsidR="009B24AC" w:rsidRDefault="009B24AC" w:rsidP="00005D84"/>
        </w:tc>
        <w:tc>
          <w:tcPr>
            <w:tcW w:w="737" w:type="dxa"/>
          </w:tcPr>
          <w:p w14:paraId="5D23AA6F" w14:textId="77777777" w:rsidR="009B24AC" w:rsidRDefault="009B24AC" w:rsidP="00005D84"/>
        </w:tc>
        <w:tc>
          <w:tcPr>
            <w:tcW w:w="737" w:type="dxa"/>
          </w:tcPr>
          <w:p w14:paraId="3C4E479B" w14:textId="77777777" w:rsidR="009B24AC" w:rsidRDefault="009B24AC" w:rsidP="00005D84"/>
        </w:tc>
        <w:tc>
          <w:tcPr>
            <w:tcW w:w="737" w:type="dxa"/>
          </w:tcPr>
          <w:p w14:paraId="221DD2A3" w14:textId="77777777" w:rsidR="009B24AC" w:rsidRDefault="009B24AC" w:rsidP="00005D84"/>
        </w:tc>
        <w:tc>
          <w:tcPr>
            <w:tcW w:w="737" w:type="dxa"/>
          </w:tcPr>
          <w:p w14:paraId="6D267C12" w14:textId="77777777" w:rsidR="009B24AC" w:rsidRDefault="009B24AC" w:rsidP="00005D84"/>
        </w:tc>
        <w:tc>
          <w:tcPr>
            <w:tcW w:w="737" w:type="dxa"/>
          </w:tcPr>
          <w:p w14:paraId="7872BBF7" w14:textId="77777777" w:rsidR="009B24AC" w:rsidRDefault="009B24AC" w:rsidP="00005D84"/>
        </w:tc>
        <w:tc>
          <w:tcPr>
            <w:tcW w:w="748" w:type="dxa"/>
          </w:tcPr>
          <w:p w14:paraId="64A1F5A1" w14:textId="77777777" w:rsidR="009B24AC" w:rsidRDefault="009B24AC" w:rsidP="00005D84"/>
        </w:tc>
      </w:tr>
      <w:tr w:rsidR="009B24AC" w14:paraId="6A818B80" w14:textId="77777777" w:rsidTr="00BD48F7">
        <w:tc>
          <w:tcPr>
            <w:tcW w:w="2376" w:type="dxa"/>
          </w:tcPr>
          <w:p w14:paraId="442B6F7F" w14:textId="028E397A" w:rsidR="009B24AC" w:rsidRPr="009B24AC" w:rsidRDefault="009B24AC" w:rsidP="00005D84">
            <w:pPr>
              <w:rPr>
                <w:b/>
                <w:bCs/>
              </w:rPr>
            </w:pPr>
            <w:r w:rsidRPr="009B24AC">
              <w:rPr>
                <w:b/>
                <w:bCs/>
              </w:rPr>
              <w:t>Total</w:t>
            </w:r>
          </w:p>
        </w:tc>
        <w:tc>
          <w:tcPr>
            <w:tcW w:w="572" w:type="dxa"/>
          </w:tcPr>
          <w:p w14:paraId="51613367" w14:textId="77777777" w:rsidR="009B24AC" w:rsidRDefault="009B24AC" w:rsidP="00005D84"/>
        </w:tc>
        <w:tc>
          <w:tcPr>
            <w:tcW w:w="737" w:type="dxa"/>
          </w:tcPr>
          <w:p w14:paraId="18FDCF36" w14:textId="77777777" w:rsidR="009B24AC" w:rsidRDefault="009B24AC" w:rsidP="00005D84"/>
        </w:tc>
        <w:tc>
          <w:tcPr>
            <w:tcW w:w="737" w:type="dxa"/>
          </w:tcPr>
          <w:p w14:paraId="5C030775" w14:textId="77777777" w:rsidR="009B24AC" w:rsidRDefault="009B24AC" w:rsidP="00005D84"/>
        </w:tc>
        <w:tc>
          <w:tcPr>
            <w:tcW w:w="737" w:type="dxa"/>
          </w:tcPr>
          <w:p w14:paraId="7B420039" w14:textId="77777777" w:rsidR="009B24AC" w:rsidRDefault="009B24AC" w:rsidP="00005D84"/>
        </w:tc>
        <w:tc>
          <w:tcPr>
            <w:tcW w:w="737" w:type="dxa"/>
          </w:tcPr>
          <w:p w14:paraId="2E0F7A0D" w14:textId="77777777" w:rsidR="009B24AC" w:rsidRDefault="009B24AC" w:rsidP="00005D84"/>
        </w:tc>
        <w:tc>
          <w:tcPr>
            <w:tcW w:w="737" w:type="dxa"/>
          </w:tcPr>
          <w:p w14:paraId="22CA1B91" w14:textId="77777777" w:rsidR="009B24AC" w:rsidRDefault="009B24AC" w:rsidP="00005D84"/>
        </w:tc>
        <w:tc>
          <w:tcPr>
            <w:tcW w:w="737" w:type="dxa"/>
          </w:tcPr>
          <w:p w14:paraId="3E905128" w14:textId="77777777" w:rsidR="009B24AC" w:rsidRDefault="009B24AC" w:rsidP="00005D84"/>
        </w:tc>
        <w:tc>
          <w:tcPr>
            <w:tcW w:w="737" w:type="dxa"/>
          </w:tcPr>
          <w:p w14:paraId="4186504F" w14:textId="77777777" w:rsidR="009B24AC" w:rsidRDefault="009B24AC" w:rsidP="00005D84"/>
        </w:tc>
        <w:tc>
          <w:tcPr>
            <w:tcW w:w="748" w:type="dxa"/>
          </w:tcPr>
          <w:p w14:paraId="58C3CC4D" w14:textId="77777777" w:rsidR="009B24AC" w:rsidRDefault="009B24AC" w:rsidP="00005D84"/>
        </w:tc>
      </w:tr>
    </w:tbl>
    <w:p w14:paraId="6DECE87C" w14:textId="39301A95" w:rsidR="003063A0" w:rsidRPr="00DA1EC4" w:rsidRDefault="00DB4FD4" w:rsidP="00C630AD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C630AD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Compliance Acknowledgment and Agreement</w:t>
      </w:r>
    </w:p>
    <w:p w14:paraId="349FC799" w14:textId="77777777" w:rsidR="003063A0" w:rsidRDefault="00DB4FD4" w:rsidP="002A3E2C">
      <w:pPr>
        <w:spacing w:line="254" w:lineRule="auto"/>
      </w:pPr>
      <w:r>
        <w:t>As part of our charter application, we acknowledge and agree to comply with the following requirements set forth by Little League International and Little League Australia:</w:t>
      </w:r>
    </w:p>
    <w:p w14:paraId="4BB3DAD1" w14:textId="5046D93C" w:rsidR="003063A0" w:rsidRDefault="006E3733" w:rsidP="002A3E2C">
      <w:pPr>
        <w:pStyle w:val="Heading2"/>
        <w:spacing w:line="254" w:lineRule="auto"/>
      </w:pPr>
      <w:r>
        <w:t>1. Player Eligibility</w:t>
      </w:r>
    </w:p>
    <w:p w14:paraId="4DDE555F" w14:textId="0284117E" w:rsidR="003063A0" w:rsidRDefault="00DB4FD4" w:rsidP="002A3E2C">
      <w:pPr>
        <w:spacing w:line="254" w:lineRule="auto"/>
      </w:pPr>
      <w:r>
        <w:t xml:space="preserve">- All players meet age and </w:t>
      </w:r>
      <w:r w:rsidR="008423BE">
        <w:t xml:space="preserve">either </w:t>
      </w:r>
      <w:r>
        <w:t>residency</w:t>
      </w:r>
      <w:r w:rsidR="008423BE">
        <w:t>, school or clu</w:t>
      </w:r>
      <w:r w:rsidR="00E172E5">
        <w:t>b</w:t>
      </w:r>
      <w:r>
        <w:t xml:space="preserve"> requirements.</w:t>
      </w:r>
    </w:p>
    <w:p w14:paraId="657E085C" w14:textId="77777777" w:rsidR="003063A0" w:rsidRDefault="00DB4FD4" w:rsidP="002A3E2C">
      <w:pPr>
        <w:spacing w:line="254" w:lineRule="auto"/>
      </w:pPr>
      <w:r>
        <w:t>- Dispensations are only granted under approved circumstances (e.g., medical, physical size).</w:t>
      </w:r>
    </w:p>
    <w:p w14:paraId="2F138C03" w14:textId="77777777" w:rsidR="003063A0" w:rsidRDefault="00DB4FD4" w:rsidP="002A3E2C">
      <w:pPr>
        <w:spacing w:line="254" w:lineRule="auto"/>
      </w:pPr>
      <w:r>
        <w:t>- Players participating outside their age group have completed the necessary forms (e.g., Reg V(a), Reg II(d), Reg IV(h)).</w:t>
      </w:r>
    </w:p>
    <w:p w14:paraId="71DAE964" w14:textId="77777777" w:rsidR="00F15786" w:rsidRDefault="00F15786" w:rsidP="002A3E2C">
      <w:pPr>
        <w:spacing w:line="254" w:lineRule="auto"/>
      </w:pPr>
    </w:p>
    <w:p w14:paraId="725255EA" w14:textId="77777777" w:rsidR="00F15786" w:rsidRDefault="00F15786" w:rsidP="002A3E2C">
      <w:pPr>
        <w:spacing w:line="254" w:lineRule="auto"/>
      </w:pPr>
    </w:p>
    <w:p w14:paraId="11D071E3" w14:textId="77777777" w:rsidR="00F15786" w:rsidRDefault="00F15786" w:rsidP="002A3E2C">
      <w:pPr>
        <w:spacing w:line="254" w:lineRule="auto"/>
      </w:pPr>
    </w:p>
    <w:p w14:paraId="1C68A0B2" w14:textId="77777777" w:rsidR="00F15786" w:rsidRDefault="00F15786" w:rsidP="002A3E2C">
      <w:pPr>
        <w:spacing w:line="254" w:lineRule="auto"/>
      </w:pPr>
    </w:p>
    <w:p w14:paraId="1BEF19B9" w14:textId="6EE1C338" w:rsidR="003063A0" w:rsidRDefault="006E3733" w:rsidP="002A3E2C">
      <w:pPr>
        <w:pStyle w:val="Heading2"/>
        <w:spacing w:line="254" w:lineRule="auto"/>
      </w:pPr>
      <w:r>
        <w:t>2. Team Structures and Talent Distribution</w:t>
      </w:r>
    </w:p>
    <w:p w14:paraId="138F6DF0" w14:textId="77777777" w:rsidR="003063A0" w:rsidRDefault="00DB4FD4" w:rsidP="002A3E2C">
      <w:pPr>
        <w:spacing w:line="254" w:lineRule="auto"/>
      </w:pPr>
      <w:r>
        <w:t>- No team exceeds the maximum of 15 players.</w:t>
      </w:r>
    </w:p>
    <w:p w14:paraId="6069793A" w14:textId="28B61B12" w:rsidR="009F1989" w:rsidRDefault="00DB4FD4" w:rsidP="00D4210F">
      <w:pPr>
        <w:spacing w:line="254" w:lineRule="auto"/>
      </w:pPr>
      <w:r>
        <w:t>- All registered age-eligible players are assigned to a regular season team.</w:t>
      </w:r>
    </w:p>
    <w:p w14:paraId="4B41B319" w14:textId="2D7AF082" w:rsidR="003063A0" w:rsidRDefault="006E3733" w:rsidP="002A3E2C">
      <w:pPr>
        <w:pStyle w:val="Heading2"/>
        <w:spacing w:line="254" w:lineRule="auto"/>
      </w:pPr>
      <w:r>
        <w:t>3. Transfers and Redshirting</w:t>
      </w:r>
    </w:p>
    <w:p w14:paraId="32809356" w14:textId="77777777" w:rsidR="003063A0" w:rsidRDefault="00DB4FD4" w:rsidP="002A3E2C">
      <w:pPr>
        <w:spacing w:line="254" w:lineRule="auto"/>
      </w:pPr>
      <w:r>
        <w:t>- Players transferring between clubs have completed the clearance process.</w:t>
      </w:r>
    </w:p>
    <w:p w14:paraId="09A1139A" w14:textId="77777777" w:rsidR="003063A0" w:rsidRDefault="00DB4FD4" w:rsidP="002A3E2C">
      <w:pPr>
        <w:spacing w:line="254" w:lineRule="auto"/>
      </w:pPr>
      <w:r>
        <w:t>- Redshirted players are not eligible for International Tournament Pathway teams.</w:t>
      </w:r>
    </w:p>
    <w:p w14:paraId="0379A7C2" w14:textId="540F4FC9" w:rsidR="003063A0" w:rsidRDefault="006E3733" w:rsidP="002A3E2C">
      <w:pPr>
        <w:pStyle w:val="Heading2"/>
        <w:spacing w:line="254" w:lineRule="auto"/>
      </w:pPr>
      <w:r>
        <w:t>4. Regular Season Requirements</w:t>
      </w:r>
    </w:p>
    <w:p w14:paraId="6D25626A" w14:textId="77777777" w:rsidR="003063A0" w:rsidRDefault="00DB4FD4" w:rsidP="002A3E2C">
      <w:pPr>
        <w:spacing w:line="254" w:lineRule="auto"/>
      </w:pPr>
      <w:r>
        <w:t>- All teams in LL-Major, Intermediate, and Junior League divisions play at least 12 games (or 10 with approved exceptions).</w:t>
      </w:r>
    </w:p>
    <w:p w14:paraId="254E21AA" w14:textId="19A140B5" w:rsidR="003063A0" w:rsidRDefault="006E3733" w:rsidP="002A3E2C">
      <w:pPr>
        <w:pStyle w:val="Heading2"/>
        <w:spacing w:line="254" w:lineRule="auto"/>
      </w:pPr>
      <w:r>
        <w:t>5. Tournament Eligibility</w:t>
      </w:r>
    </w:p>
    <w:p w14:paraId="416E4908" w14:textId="77777777" w:rsidR="003063A0" w:rsidRDefault="00DB4FD4" w:rsidP="002A3E2C">
      <w:pPr>
        <w:spacing w:line="254" w:lineRule="auto"/>
      </w:pPr>
      <w:r>
        <w:t>- Only leagues meeting all chartering and regular season requirements may participate.</w:t>
      </w:r>
    </w:p>
    <w:p w14:paraId="3EF47C51" w14:textId="77777777" w:rsidR="003063A0" w:rsidRDefault="00DB4FD4" w:rsidP="002A3E2C">
      <w:pPr>
        <w:spacing w:line="254" w:lineRule="auto"/>
      </w:pPr>
      <w:r>
        <w:t>- Tournament teams are selected using approved methods and timelines.</w:t>
      </w:r>
    </w:p>
    <w:p w14:paraId="4452030C" w14:textId="77777777" w:rsidR="003063A0" w:rsidRDefault="00DB4FD4" w:rsidP="002A3E2C">
      <w:pPr>
        <w:spacing w:line="254" w:lineRule="auto"/>
      </w:pPr>
      <w:r>
        <w:t>- Combined teams require approval from LLI via the National DA.</w:t>
      </w:r>
    </w:p>
    <w:p w14:paraId="194BB21D" w14:textId="2740D709" w:rsidR="003063A0" w:rsidRDefault="00DC7AEB" w:rsidP="002A3E2C">
      <w:pPr>
        <w:pStyle w:val="Heading2"/>
        <w:spacing w:line="254" w:lineRule="auto"/>
      </w:pPr>
      <w:r>
        <w:t>6. Administrative Compliance</w:t>
      </w:r>
    </w:p>
    <w:p w14:paraId="07FCB258" w14:textId="77777777" w:rsidR="003063A0" w:rsidRDefault="00DB4FD4" w:rsidP="002A3E2C">
      <w:pPr>
        <w:spacing w:line="254" w:lineRule="auto"/>
      </w:pPr>
      <w:r>
        <w:t>- All required documentation (affidavits, player verification forms, transfer records) is completed and submitted before tournament play.</w:t>
      </w:r>
    </w:p>
    <w:p w14:paraId="0452891A" w14:textId="77777777" w:rsidR="003063A0" w:rsidRDefault="00DB4FD4" w:rsidP="002A3E2C">
      <w:pPr>
        <w:spacing w:line="254" w:lineRule="auto"/>
      </w:pPr>
      <w:r>
        <w:t>- We understand that failure to advance in the tournament pathway may result in penalties.</w:t>
      </w:r>
    </w:p>
    <w:p w14:paraId="35A23795" w14:textId="77777777" w:rsidR="00F15786" w:rsidRDefault="00F15786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1646934A" w14:textId="77777777" w:rsidR="00F15786" w:rsidRDefault="00F15786" w:rsidP="0097485A">
      <w:pPr>
        <w:pStyle w:val="Heading2"/>
      </w:pPr>
    </w:p>
    <w:p w14:paraId="3EF9301D" w14:textId="77777777" w:rsidR="00F15786" w:rsidRDefault="00F15786" w:rsidP="0097485A">
      <w:pPr>
        <w:pStyle w:val="Heading2"/>
      </w:pPr>
    </w:p>
    <w:p w14:paraId="6139CED9" w14:textId="2C8D2CB7" w:rsidR="0097485A" w:rsidRDefault="0097485A" w:rsidP="0097485A">
      <w:pPr>
        <w:pStyle w:val="Heading2"/>
      </w:pPr>
      <w:r>
        <w:t>Declaration</w:t>
      </w:r>
    </w:p>
    <w:p w14:paraId="01C13F3D" w14:textId="06925264" w:rsidR="0097485A" w:rsidRDefault="0097485A" w:rsidP="0097485A">
      <w:r>
        <w:t xml:space="preserve">Based on the current compliance requirements of Little League International and per the information contained in the Little League Australia </w:t>
      </w:r>
      <w:r w:rsidR="00DC14F9">
        <w:t>Rule Variations Document</w:t>
      </w:r>
      <w:r>
        <w:t>, we confirm that our League is compliant and eligible to participate in the International Tournament Pathway in the following age divisions</w:t>
      </w:r>
      <w:r w:rsidR="00585291">
        <w:t xml:space="preserve"> (please check the boxes)</w:t>
      </w:r>
      <w:r>
        <w:t xml:space="preserve"> </w:t>
      </w:r>
    </w:p>
    <w:p w14:paraId="6DA3C9EB" w14:textId="04D9F6FD" w:rsidR="0097485A" w:rsidRDefault="00EB2A8A" w:rsidP="0097485A">
      <w:sdt>
        <w:sdtPr>
          <w:id w:val="1892456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D41">
            <w:rPr>
              <w:rFonts w:ascii="MS Gothic" w:eastAsia="MS Gothic" w:hAnsi="MS Gothic" w:hint="eastAsia"/>
            </w:rPr>
            <w:t>☐</w:t>
          </w:r>
        </w:sdtContent>
      </w:sdt>
      <w:r w:rsidR="00AB2D41">
        <w:t xml:space="preserve"> </w:t>
      </w:r>
      <w:r w:rsidR="0097485A">
        <w:t>Little League</w:t>
      </w:r>
      <w:r w:rsidR="00AB2D41">
        <w:t xml:space="preserve">  </w:t>
      </w:r>
      <w:r w:rsidR="0097485A">
        <w:t xml:space="preserve"> </w:t>
      </w:r>
      <w:r w:rsidR="00AB2D41">
        <w:t xml:space="preserve"> </w:t>
      </w:r>
      <w:sdt>
        <w:sdtPr>
          <w:id w:val="-2066024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D41">
            <w:rPr>
              <w:rFonts w:ascii="MS Gothic" w:eastAsia="MS Gothic" w:hAnsi="MS Gothic" w:hint="eastAsia"/>
            </w:rPr>
            <w:t>☐</w:t>
          </w:r>
        </w:sdtContent>
      </w:sdt>
      <w:r w:rsidR="00AB2D41">
        <w:t xml:space="preserve"> </w:t>
      </w:r>
      <w:r w:rsidR="0097485A">
        <w:t>Intermediate</w:t>
      </w:r>
      <w:r w:rsidR="001009C3">
        <w:t xml:space="preserve"> </w:t>
      </w:r>
      <w:r w:rsidR="0097485A">
        <w:t>League</w:t>
      </w:r>
      <w:r w:rsidR="00AB2D41">
        <w:t xml:space="preserve">    </w:t>
      </w:r>
      <w:sdt>
        <w:sdtPr>
          <w:id w:val="-222678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D41">
            <w:rPr>
              <w:rFonts w:ascii="MS Gothic" w:eastAsia="MS Gothic" w:hAnsi="MS Gothic" w:hint="eastAsia"/>
            </w:rPr>
            <w:t>☐</w:t>
          </w:r>
        </w:sdtContent>
      </w:sdt>
      <w:r w:rsidR="00AB2D41">
        <w:t xml:space="preserve"> </w:t>
      </w:r>
      <w:r w:rsidR="0097485A">
        <w:t xml:space="preserve">Junior League </w:t>
      </w:r>
      <w:r w:rsidR="00AB2D41">
        <w:t xml:space="preserve">    </w:t>
      </w:r>
      <w:sdt>
        <w:sdtPr>
          <w:id w:val="-647204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D41">
            <w:rPr>
              <w:rFonts w:ascii="MS Gothic" w:eastAsia="MS Gothic" w:hAnsi="MS Gothic" w:hint="eastAsia"/>
            </w:rPr>
            <w:t>☐</w:t>
          </w:r>
        </w:sdtContent>
      </w:sdt>
      <w:r w:rsidR="00AB2D41">
        <w:t xml:space="preserve"> </w:t>
      </w:r>
      <w:r w:rsidR="0097485A">
        <w:t>Senior League</w:t>
      </w:r>
    </w:p>
    <w:p w14:paraId="3F863682" w14:textId="77777777" w:rsidR="0097485A" w:rsidRDefault="0097485A" w:rsidP="0097485A">
      <w:r>
        <w:t>NOTE 1: if the League is not eligible for any age division, this form is still to be completed with no age divisions selected.</w:t>
      </w:r>
      <w:r>
        <w:br/>
        <w:t xml:space="preserve">NOTE 2: this declaration does not convey an official </w:t>
      </w:r>
      <w:proofErr w:type="gramStart"/>
      <w:r>
        <w:t>nomination</w:t>
      </w:r>
      <w:proofErr w:type="gramEnd"/>
      <w:r>
        <w:t xml:space="preserve"> nor does it compel the League to participate in the International Tournament Pathway. This is a data collection tool only.</w:t>
      </w:r>
    </w:p>
    <w:p w14:paraId="6D626796" w14:textId="77777777" w:rsidR="003063A0" w:rsidRDefault="00DB4FD4">
      <w:pPr>
        <w:pStyle w:val="Heading2"/>
      </w:pPr>
      <w:r>
        <w:t>Signatures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3063A0" w14:paraId="0DE8A9AB" w14:textId="77777777">
        <w:tc>
          <w:tcPr>
            <w:tcW w:w="2160" w:type="dxa"/>
          </w:tcPr>
          <w:p w14:paraId="732CC7B8" w14:textId="77777777" w:rsidR="003063A0" w:rsidRPr="00CA59E6" w:rsidRDefault="00DB4FD4">
            <w:pPr>
              <w:rPr>
                <w:b/>
                <w:bCs/>
              </w:rPr>
            </w:pPr>
            <w:r w:rsidRPr="00CA59E6">
              <w:rPr>
                <w:b/>
                <w:bCs/>
              </w:rPr>
              <w:t>Role</w:t>
            </w:r>
          </w:p>
        </w:tc>
        <w:tc>
          <w:tcPr>
            <w:tcW w:w="2160" w:type="dxa"/>
          </w:tcPr>
          <w:p w14:paraId="17F6E325" w14:textId="77777777" w:rsidR="003063A0" w:rsidRPr="00CA59E6" w:rsidRDefault="00DB4FD4">
            <w:pPr>
              <w:rPr>
                <w:b/>
                <w:bCs/>
              </w:rPr>
            </w:pPr>
            <w:r w:rsidRPr="00CA59E6">
              <w:rPr>
                <w:b/>
                <w:bCs/>
              </w:rPr>
              <w:t>Name</w:t>
            </w:r>
          </w:p>
        </w:tc>
        <w:tc>
          <w:tcPr>
            <w:tcW w:w="2160" w:type="dxa"/>
          </w:tcPr>
          <w:p w14:paraId="7574BB4F" w14:textId="77777777" w:rsidR="003063A0" w:rsidRPr="00CA59E6" w:rsidRDefault="00DB4FD4">
            <w:pPr>
              <w:rPr>
                <w:b/>
                <w:bCs/>
              </w:rPr>
            </w:pPr>
            <w:r w:rsidRPr="00CA59E6">
              <w:rPr>
                <w:b/>
                <w:bCs/>
              </w:rPr>
              <w:t>Signature</w:t>
            </w:r>
          </w:p>
        </w:tc>
        <w:tc>
          <w:tcPr>
            <w:tcW w:w="2160" w:type="dxa"/>
          </w:tcPr>
          <w:p w14:paraId="1A42C0BC" w14:textId="77777777" w:rsidR="003063A0" w:rsidRPr="00CA59E6" w:rsidRDefault="00DB4FD4">
            <w:pPr>
              <w:rPr>
                <w:b/>
                <w:bCs/>
              </w:rPr>
            </w:pPr>
            <w:r w:rsidRPr="00CA59E6">
              <w:rPr>
                <w:b/>
                <w:bCs/>
              </w:rPr>
              <w:t>Date</w:t>
            </w:r>
          </w:p>
        </w:tc>
      </w:tr>
      <w:tr w:rsidR="003063A0" w14:paraId="465BC6F6" w14:textId="77777777" w:rsidTr="009B4A3F">
        <w:trPr>
          <w:trHeight w:val="397"/>
        </w:trPr>
        <w:tc>
          <w:tcPr>
            <w:tcW w:w="2160" w:type="dxa"/>
          </w:tcPr>
          <w:p w14:paraId="31C1AF88" w14:textId="77777777" w:rsidR="003063A0" w:rsidRDefault="00DB4FD4">
            <w:r>
              <w:t>League President</w:t>
            </w:r>
          </w:p>
        </w:tc>
        <w:tc>
          <w:tcPr>
            <w:tcW w:w="2160" w:type="dxa"/>
          </w:tcPr>
          <w:p w14:paraId="6E77C6E6" w14:textId="77777777" w:rsidR="003063A0" w:rsidRDefault="003063A0"/>
        </w:tc>
        <w:tc>
          <w:tcPr>
            <w:tcW w:w="2160" w:type="dxa"/>
          </w:tcPr>
          <w:p w14:paraId="0416653D" w14:textId="0D92990B" w:rsidR="003063A0" w:rsidRDefault="003063A0"/>
        </w:tc>
        <w:tc>
          <w:tcPr>
            <w:tcW w:w="2160" w:type="dxa"/>
          </w:tcPr>
          <w:p w14:paraId="6A36760D" w14:textId="77777777" w:rsidR="003063A0" w:rsidRDefault="003063A0"/>
        </w:tc>
      </w:tr>
      <w:tr w:rsidR="003063A0" w14:paraId="7EBFA9DB" w14:textId="77777777" w:rsidTr="009B4A3F">
        <w:trPr>
          <w:trHeight w:val="397"/>
        </w:trPr>
        <w:tc>
          <w:tcPr>
            <w:tcW w:w="2160" w:type="dxa"/>
          </w:tcPr>
          <w:p w14:paraId="49EC96F8" w14:textId="77777777" w:rsidR="003063A0" w:rsidRDefault="00DB4FD4">
            <w:r>
              <w:t>League Player Agent</w:t>
            </w:r>
          </w:p>
        </w:tc>
        <w:tc>
          <w:tcPr>
            <w:tcW w:w="2160" w:type="dxa"/>
          </w:tcPr>
          <w:p w14:paraId="14688C80" w14:textId="77777777" w:rsidR="003063A0" w:rsidRDefault="003063A0"/>
        </w:tc>
        <w:tc>
          <w:tcPr>
            <w:tcW w:w="2160" w:type="dxa"/>
          </w:tcPr>
          <w:p w14:paraId="09E2CD44" w14:textId="58AD5B40" w:rsidR="003063A0" w:rsidRDefault="003063A0"/>
        </w:tc>
        <w:tc>
          <w:tcPr>
            <w:tcW w:w="2160" w:type="dxa"/>
          </w:tcPr>
          <w:p w14:paraId="5CE9571C" w14:textId="77777777" w:rsidR="003063A0" w:rsidRDefault="003063A0"/>
        </w:tc>
      </w:tr>
      <w:tr w:rsidR="003063A0" w14:paraId="79A7B539" w14:textId="77777777" w:rsidTr="009B4A3F">
        <w:trPr>
          <w:trHeight w:val="397"/>
        </w:trPr>
        <w:tc>
          <w:tcPr>
            <w:tcW w:w="2160" w:type="dxa"/>
          </w:tcPr>
          <w:p w14:paraId="19E42ADA" w14:textId="77777777" w:rsidR="003063A0" w:rsidRDefault="00DB4FD4">
            <w:r>
              <w:t>District Administrator</w:t>
            </w:r>
          </w:p>
        </w:tc>
        <w:tc>
          <w:tcPr>
            <w:tcW w:w="2160" w:type="dxa"/>
          </w:tcPr>
          <w:p w14:paraId="614C9D13" w14:textId="77777777" w:rsidR="003063A0" w:rsidRDefault="003063A0"/>
        </w:tc>
        <w:tc>
          <w:tcPr>
            <w:tcW w:w="2160" w:type="dxa"/>
          </w:tcPr>
          <w:p w14:paraId="5332BE5D" w14:textId="09067B1A" w:rsidR="003063A0" w:rsidRDefault="003063A0"/>
        </w:tc>
        <w:tc>
          <w:tcPr>
            <w:tcW w:w="2160" w:type="dxa"/>
          </w:tcPr>
          <w:p w14:paraId="5CBDD52B" w14:textId="77777777" w:rsidR="003063A0" w:rsidRDefault="003063A0"/>
        </w:tc>
      </w:tr>
    </w:tbl>
    <w:p w14:paraId="5D405EF8" w14:textId="77777777" w:rsidR="000074A0" w:rsidRDefault="000074A0"/>
    <w:sectPr w:rsidR="000074A0" w:rsidSect="00AF3D13">
      <w:headerReference w:type="default" r:id="rId11"/>
      <w:pgSz w:w="12240" w:h="15840"/>
      <w:pgMar w:top="113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A2EE0" w14:textId="77777777" w:rsidR="00CC47E1" w:rsidRDefault="00CC47E1" w:rsidP="000B6784">
      <w:pPr>
        <w:spacing w:after="0" w:line="240" w:lineRule="auto"/>
      </w:pPr>
      <w:r>
        <w:separator/>
      </w:r>
    </w:p>
  </w:endnote>
  <w:endnote w:type="continuationSeparator" w:id="0">
    <w:p w14:paraId="23D080C2" w14:textId="77777777" w:rsidR="00CC47E1" w:rsidRDefault="00CC47E1" w:rsidP="000B6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DE393" w14:textId="77777777" w:rsidR="00CC47E1" w:rsidRDefault="00CC47E1" w:rsidP="000B6784">
      <w:pPr>
        <w:spacing w:after="0" w:line="240" w:lineRule="auto"/>
      </w:pPr>
      <w:r>
        <w:separator/>
      </w:r>
    </w:p>
  </w:footnote>
  <w:footnote w:type="continuationSeparator" w:id="0">
    <w:p w14:paraId="66BF0F14" w14:textId="77777777" w:rsidR="00CC47E1" w:rsidRDefault="00CC47E1" w:rsidP="000B6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EFB96" w14:textId="1367DCE8" w:rsidR="000B6784" w:rsidRDefault="007F3B06" w:rsidP="00AF3D13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926303" wp14:editId="422DC094">
          <wp:simplePos x="0" y="0"/>
          <wp:positionH relativeFrom="column">
            <wp:posOffset>1714500</wp:posOffset>
          </wp:positionH>
          <wp:positionV relativeFrom="paragraph">
            <wp:posOffset>-247650</wp:posOffset>
          </wp:positionV>
          <wp:extent cx="2057400" cy="1155032"/>
          <wp:effectExtent l="0" t="0" r="0" b="7620"/>
          <wp:wrapThrough wrapText="bothSides">
            <wp:wrapPolygon edited="0">
              <wp:start x="0" y="0"/>
              <wp:lineTo x="0" y="21386"/>
              <wp:lineTo x="21400" y="21386"/>
              <wp:lineTo x="21400" y="0"/>
              <wp:lineTo x="0" y="0"/>
            </wp:wrapPolygon>
          </wp:wrapThrough>
          <wp:docPr id="1245415683" name="Picture 1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5186655" name="Picture 1" descr="A logo of a company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7400" cy="1155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5043117">
    <w:abstractNumId w:val="8"/>
  </w:num>
  <w:num w:numId="2" w16cid:durableId="1855533648">
    <w:abstractNumId w:val="6"/>
  </w:num>
  <w:num w:numId="3" w16cid:durableId="1128820262">
    <w:abstractNumId w:val="5"/>
  </w:num>
  <w:num w:numId="4" w16cid:durableId="437527144">
    <w:abstractNumId w:val="4"/>
  </w:num>
  <w:num w:numId="5" w16cid:durableId="1493524828">
    <w:abstractNumId w:val="7"/>
  </w:num>
  <w:num w:numId="6" w16cid:durableId="1771848042">
    <w:abstractNumId w:val="3"/>
  </w:num>
  <w:num w:numId="7" w16cid:durableId="1584299386">
    <w:abstractNumId w:val="2"/>
  </w:num>
  <w:num w:numId="8" w16cid:durableId="885025455">
    <w:abstractNumId w:val="1"/>
  </w:num>
  <w:num w:numId="9" w16cid:durableId="56443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D84"/>
    <w:rsid w:val="000074A0"/>
    <w:rsid w:val="00020BE4"/>
    <w:rsid w:val="00034616"/>
    <w:rsid w:val="00035783"/>
    <w:rsid w:val="0006063C"/>
    <w:rsid w:val="00060E0F"/>
    <w:rsid w:val="000B6784"/>
    <w:rsid w:val="001009C3"/>
    <w:rsid w:val="00102F96"/>
    <w:rsid w:val="0015074B"/>
    <w:rsid w:val="001B167E"/>
    <w:rsid w:val="00267F21"/>
    <w:rsid w:val="002768BA"/>
    <w:rsid w:val="0029639D"/>
    <w:rsid w:val="00296C69"/>
    <w:rsid w:val="002A3E2C"/>
    <w:rsid w:val="003063A0"/>
    <w:rsid w:val="00326F90"/>
    <w:rsid w:val="003D5F3F"/>
    <w:rsid w:val="004208B9"/>
    <w:rsid w:val="00446F02"/>
    <w:rsid w:val="004A4BCE"/>
    <w:rsid w:val="004D3AD4"/>
    <w:rsid w:val="00527930"/>
    <w:rsid w:val="00531F0F"/>
    <w:rsid w:val="00536CDA"/>
    <w:rsid w:val="005419E7"/>
    <w:rsid w:val="00585291"/>
    <w:rsid w:val="005878F7"/>
    <w:rsid w:val="005B333E"/>
    <w:rsid w:val="005E6369"/>
    <w:rsid w:val="006A58E9"/>
    <w:rsid w:val="006B39EF"/>
    <w:rsid w:val="006E3733"/>
    <w:rsid w:val="00733DB5"/>
    <w:rsid w:val="00796603"/>
    <w:rsid w:val="007F3B06"/>
    <w:rsid w:val="008423BE"/>
    <w:rsid w:val="008962EC"/>
    <w:rsid w:val="008A49A4"/>
    <w:rsid w:val="008C3CF4"/>
    <w:rsid w:val="00911068"/>
    <w:rsid w:val="0097485A"/>
    <w:rsid w:val="009B24AC"/>
    <w:rsid w:val="009B4A3F"/>
    <w:rsid w:val="009F1989"/>
    <w:rsid w:val="00AA1D8D"/>
    <w:rsid w:val="00AB2D41"/>
    <w:rsid w:val="00AF3D13"/>
    <w:rsid w:val="00B47730"/>
    <w:rsid w:val="00BC2FF5"/>
    <w:rsid w:val="00BD48F7"/>
    <w:rsid w:val="00BE5C19"/>
    <w:rsid w:val="00C447A8"/>
    <w:rsid w:val="00C56B37"/>
    <w:rsid w:val="00C630AD"/>
    <w:rsid w:val="00CA59E6"/>
    <w:rsid w:val="00CB0664"/>
    <w:rsid w:val="00CC47E1"/>
    <w:rsid w:val="00D004B6"/>
    <w:rsid w:val="00D25A1D"/>
    <w:rsid w:val="00D4210F"/>
    <w:rsid w:val="00D47AF0"/>
    <w:rsid w:val="00DA1EC4"/>
    <w:rsid w:val="00DB4FD4"/>
    <w:rsid w:val="00DC14F9"/>
    <w:rsid w:val="00DC7AEB"/>
    <w:rsid w:val="00DF19B0"/>
    <w:rsid w:val="00E10486"/>
    <w:rsid w:val="00E172E5"/>
    <w:rsid w:val="00EB2A8A"/>
    <w:rsid w:val="00EF196D"/>
    <w:rsid w:val="00F15786"/>
    <w:rsid w:val="00F37F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30"/>
  <w15:docId w15:val="{D9012F9F-0A2B-4C2A-BC8F-07AA70C8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5d9742-e3bf-444d-ac02-73dc436edcaa" xsi:nil="true"/>
    <lcf76f155ced4ddcb4097134ff3c332f xmlns="fa31393e-8140-4b40-8a8c-8f96af9debf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3BD8715A59047B524EB1CB736EFF4" ma:contentTypeVersion="14" ma:contentTypeDescription="Create a new document." ma:contentTypeScope="" ma:versionID="fbdd97156a8d0de5d73d990a1aa2c74b">
  <xsd:schema xmlns:xsd="http://www.w3.org/2001/XMLSchema" xmlns:xs="http://www.w3.org/2001/XMLSchema" xmlns:p="http://schemas.microsoft.com/office/2006/metadata/properties" xmlns:ns2="fa31393e-8140-4b40-8a8c-8f96af9debf3" xmlns:ns3="ca5d9742-e3bf-444d-ac02-73dc436edcaa" targetNamespace="http://schemas.microsoft.com/office/2006/metadata/properties" ma:root="true" ma:fieldsID="72ee4e233e9fb441741f84816d21ef3a" ns2:_="" ns3:_="">
    <xsd:import namespace="fa31393e-8140-4b40-8a8c-8f96af9debf3"/>
    <xsd:import namespace="ca5d9742-e3bf-444d-ac02-73dc436ed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1393e-8140-4b40-8a8c-8f96af9deb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4a19c8-ec5b-416f-84cb-1049ca934e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d9742-e3bf-444d-ac02-73dc436edc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8f2e9d-020c-4a6d-8893-2812e10b281e}" ma:internalName="TaxCatchAll" ma:showField="CatchAllData" ma:web="ca5d9742-e3bf-444d-ac02-73dc436ed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954A67-B0EE-4164-BA2C-6CF7A9AACF3F}">
  <ds:schemaRefs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ca5d9742-e3bf-444d-ac02-73dc436edcaa"/>
    <ds:schemaRef ds:uri="fa31393e-8140-4b40-8a8c-8f96af9debf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95DBF24-8C26-46B9-A961-A8DF6FB58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31393e-8140-4b40-8a8c-8f96af9debf3"/>
    <ds:schemaRef ds:uri="ca5d9742-e3bf-444d-ac02-73dc436ed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906DF8-E197-4DB9-8CD6-9492ADDC2B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Melissa Achten</cp:lastModifiedBy>
  <cp:revision>2</cp:revision>
  <cp:lastPrinted>2026-09-11T01:19:00Z</cp:lastPrinted>
  <dcterms:created xsi:type="dcterms:W3CDTF">2026-09-21T05:43:00Z</dcterms:created>
  <dcterms:modified xsi:type="dcterms:W3CDTF">2026-09-21T05:43:00Z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0x010100E4A3BD8715A59047B524EB1CB736EFF4</vt:lpwstr>
  </property>
  <property fmtid="{D5CDD505-2E9C-101B-9397-08002B2CF9AE}" pid="3" name="MediaServiceImageTags">
    <vt:lpwstr/>
  </property>
</Properties>
</file>